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700"/>
        <w:gridCol w:w="2700"/>
        <w:gridCol w:w="2700"/>
        <w:gridCol w:w="2700"/>
      </w:tblGrid>
      <w:tr>
        <w:trPr>
          <w:trHeight w:val="511" w:hRule="atLeast"/>
          <w:trHeight w:val="720" w:hRule="atLeast"/>
        </w:trPr>
        <w:tc>
          <w:tcPr>
            <w:tcW w:type="dxa" w:w="5472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Recibo de alquiler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Fecha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Ciudad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Recibí de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 o NIT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Teléfono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La suma de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Son (en letras)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Por concepto de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Alquiler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Garantía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Luz, agua o gas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Otro: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Inmueble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Dirección, cuarto, departamento o local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Mes o período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del ____ / ____ / ________  al  ____ / ____ / ________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Forma de pago</w:t>
            </w:r>
          </w:p>
        </w:tc>
        <w:tc>
          <w:tcPr>
            <w:tcW w:type="dxa" w:w="338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Efectivo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Transferencia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QR</w:t>
            </w:r>
          </w:p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Saldo pendiente</w:t>
            </w:r>
          </w:p>
        </w:tc>
        <w:tc>
          <w:tcPr>
            <w:tcW w:type="dxa" w:w="3384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Firma de quien recibe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Nombre y CI</w:t>
            </w:r>
          </w:p>
        </w:tc>
        <w:tc>
          <w:tcPr>
            <w:tcW w:type="dxa" w:w="3384"/>
          </w:tcPr>
          <w:p/>
        </w:tc>
      </w:tr>
    </w:tbl>
    <w:p>
      <w:pPr>
        <w:spacing w:before="60" w:after="0"/>
      </w:pPr>
      <w:r>
        <w:rPr>
          <w:rFonts w:ascii="Arial" w:hAnsi="Arial"/>
          <w:color w:val="6B7280"/>
          <w:sz w:val="16"/>
        </w:rPr>
        <w:t>Este recibo no es una factura.</w:t>
      </w:r>
    </w:p>
    <w:p>
      <w:pPr>
        <w:spacing w:before="200" w:after="200"/>
        <w:jc w:val="center"/>
      </w:pPr>
      <w:r>
        <w:rPr>
          <w:color w:val="6B7280"/>
          <w:sz w:val="15"/>
        </w:rPr>
        <w:t xml:space="preserve">- - - - - - - - - - - - - - - - - - - - - - - - - -  ✂  Corta por aquí - - - - - - - - - - - - - - - - - - - - - - - - - -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700"/>
        <w:gridCol w:w="2700"/>
        <w:gridCol w:w="2700"/>
        <w:gridCol w:w="2700"/>
      </w:tblGrid>
      <w:tr>
        <w:trPr>
          <w:trHeight w:val="511" w:hRule="atLeast"/>
          <w:trHeight w:val="720" w:hRule="atLeast"/>
        </w:trPr>
        <w:tc>
          <w:tcPr>
            <w:tcW w:type="dxa" w:w="5472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Recibo de alquiler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Fecha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Ciudad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Recibí de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 o NIT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Teléfono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La suma de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Son (en letras)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Por concepto de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Alquiler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Garantía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Luz, agua o gas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Otro: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Inmueble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Dirección, cuarto, departamento o local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Mes o período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del ____ / ____ / ________  al  ____ / ____ / ________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Forma de pago</w:t>
            </w:r>
          </w:p>
        </w:tc>
        <w:tc>
          <w:tcPr>
            <w:tcW w:type="dxa" w:w="338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Efectivo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Transferencia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QR</w:t>
            </w:r>
          </w:p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Saldo pendiente</w:t>
            </w:r>
          </w:p>
        </w:tc>
        <w:tc>
          <w:tcPr>
            <w:tcW w:type="dxa" w:w="3384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Firma de quien recibe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Nombre y CI</w:t>
            </w:r>
          </w:p>
        </w:tc>
        <w:tc>
          <w:tcPr>
            <w:tcW w:type="dxa" w:w="3384"/>
          </w:tcPr>
          <w:p/>
        </w:tc>
      </w:tr>
    </w:tbl>
    <w:p>
      <w:pPr>
        <w:spacing w:before="60" w:after="0"/>
      </w:pPr>
      <w:r>
        <w:rPr>
          <w:rFonts w:ascii="Arial" w:hAnsi="Arial"/>
          <w:color w:val="6B7280"/>
          <w:sz w:val="16"/>
        </w:rPr>
        <w:t>Este recibo no es una factura.</w:t>
      </w:r>
    </w:p>
    <w:sectPr w:rsidR="00FC693F" w:rsidRPr="0006063C" w:rsidSect="00034616">
      <w:footerReference w:type="default" r:id="rId9"/>
      <w:pgSz w:w="12240" w:h="15840"/>
      <w:pgMar w:top="648" w:right="720" w:bottom="576" w:left="720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position w:val="-8"/>
      </w:rPr>
      <w:drawing>
        <wp:inline xmlns:a="http://schemas.openxmlformats.org/drawingml/2006/main" xmlns:pic="http://schemas.openxmlformats.org/drawingml/2006/picture">
          <wp:extent cx="165100" cy="1651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uba-ic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00" cy="165100"/>
                  </a:xfrm>
                  <a:prstGeom prst="rect"/>
                </pic:spPr>
              </pic:pic>
            </a:graphicData>
          </a:graphic>
        </wp:inline>
      </w:drawing>
    </w:r>
    <w:r>
      <w:t xml:space="preserve">  </w:t>
    </w:r>
    <w:hyperlink r:id="rId2">
      <w:r>
        <w:rPr>
          <w:rFonts w:ascii="Arial" w:hAnsi="Arial"/>
          <w:color w:val="15803D"/>
          <w:sz w:val="15"/>
        </w:rPr>
        <w:t>Modelo gratis de Luba: Control de Alquileres. Haz tus recibos en el teléfono y mándalos por WhatsApp. ¡Descarga Luba gratis en Google Play!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play.google.com/store/apps/details?id=com.rollansoft.luba&amp;referrer=utm_source%3Dluba_guia%26utm_medium%3Dmodelo%26utm_campaign%3Drecibo-alqui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</dc:title>
  <dc:subject/>
  <dc:creator>RollanSoft</dc:creator>
  <cp:keywords/>
  <dc:description/>
  <cp:lastModifiedBy>RollanSoft</cp:lastModifiedBy>
  <cp:revision>1</cp:revision>
  <dcterms:created xsi:type="dcterms:W3CDTF">2026-10-23T17:49:52Z</dcterms:created>
  <dcterms:modified xsi:type="dcterms:W3CDTF">2026-10-23T17:49:52Z</dcterms:modified>
  <cp:category/>
</cp:coreProperties>
</file>