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rFonts w:ascii="Arial" w:hAnsi="Arial"/>
          <w:color w:val="6B7280"/>
          <w:sz w:val="16"/>
        </w:rPr>
        <w:t>1ª via: inquilino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2" w:color="15803D"/>
          <w:left w:val="single" w:sz="12" w:color="15803D"/>
          <w:bottom w:val="single" w:sz="12" w:color="15803D"/>
          <w:right w:val="single" w:sz="12" w:color="15803D"/>
          <w:insideH w:val="single" w:sz="4" w:color="CFE3D6"/>
          <w:insideV w:val="single" w:sz="4" w:color="CFE3D6"/>
        </w:tblBorders>
      </w:tblPr>
      <w:tblGrid>
        <w:gridCol w:w="2617"/>
        <w:gridCol w:w="2617"/>
        <w:gridCol w:w="2617"/>
        <w:gridCol w:w="2617"/>
      </w:tblGrid>
      <w:tr>
        <w:trPr>
          <w:trHeight w:val="503" w:hRule="atLeast"/>
          <w:trHeight w:val="720" w:hRule="atLeast"/>
        </w:trPr>
        <w:tc>
          <w:tcPr>
            <w:tcW w:type="dxa" w:w="5328"/>
            <w:gridSpan w:val="2"/>
            <w:shd w:val="clear" w:color="auto" w:fill="15803D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32"/>
              </w:rPr>
              <w:t>Recibo de aluguel</w:t>
            </w:r>
          </w:p>
        </w:tc>
        <w:tc>
          <w:tcPr>
            <w:tcW w:type="dxa" w:w="1944"/>
            <w:shd w:val="clear" w:color="auto" w:fill="14532D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Nº</w:t>
            </w:r>
          </w:p>
        </w:tc>
        <w:tc>
          <w:tcPr>
            <w:tcW w:type="dxa" w:w="3197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Data</w:t>
            </w:r>
          </w:p>
        </w:tc>
        <w:tc>
          <w:tcPr>
            <w:tcW w:type="dxa" w:w="3240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Cidade</w:t>
            </w:r>
          </w:p>
        </w:tc>
        <w:tc>
          <w:tcPr>
            <w:tcW w:type="dxa" w:w="3197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Recebi de</w:t>
            </w:r>
          </w:p>
        </w:tc>
        <w:tc>
          <w:tcPr>
            <w:tcW w:type="dxa" w:w="8381"/>
            <w:gridSpan w:val="3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CPF</w:t>
            </w:r>
          </w:p>
        </w:tc>
        <w:tc>
          <w:tcPr>
            <w:tcW w:type="dxa" w:w="3240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Telefone</w:t>
            </w:r>
          </w:p>
        </w:tc>
        <w:tc>
          <w:tcPr>
            <w:tcW w:type="dxa" w:w="3197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Imóvel</w:t>
            </w:r>
          </w:p>
        </w:tc>
        <w:tc>
          <w:tcPr>
            <w:tcW w:type="dxa" w:w="8381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Endereço, número e complemento</w:t>
            </w:r>
          </w:p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Referente a</w:t>
            </w:r>
          </w:p>
        </w:tc>
        <w:tc>
          <w:tcPr>
            <w:tcW w:type="dxa" w:w="8381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aluguel de ____ / ____ / ________  a  ____ / ____ / ________</w:t>
            </w:r>
          </w:p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Aluguel</w:t>
            </w:r>
          </w:p>
        </w:tc>
        <w:tc>
          <w:tcPr>
            <w:tcW w:type="dxa" w:w="3240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Condomínio</w:t>
            </w:r>
          </w:p>
        </w:tc>
        <w:tc>
          <w:tcPr>
            <w:tcW w:type="dxa" w:w="3197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IPTU</w:t>
            </w:r>
          </w:p>
        </w:tc>
        <w:tc>
          <w:tcPr>
            <w:tcW w:type="dxa" w:w="3240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Água e luz</w:t>
            </w:r>
          </w:p>
        </w:tc>
        <w:tc>
          <w:tcPr>
            <w:tcW w:type="dxa" w:w="3197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Outros</w:t>
            </w:r>
          </w:p>
        </w:tc>
        <w:tc>
          <w:tcPr>
            <w:tcW w:type="dxa" w:w="3240"/>
          </w:tcPr>
          <w:p/>
        </w:tc>
        <w:tc>
          <w:tcPr>
            <w:tcW w:type="dxa" w:w="1944"/>
            <w:shd w:val="clear" w:color="auto" w:fill="DCFCE7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Total</w:t>
            </w:r>
          </w:p>
        </w:tc>
        <w:tc>
          <w:tcPr>
            <w:tcW w:type="dxa" w:w="3197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Valor por extenso</w:t>
            </w:r>
          </w:p>
        </w:tc>
        <w:tc>
          <w:tcPr>
            <w:tcW w:type="dxa" w:w="8381"/>
            <w:gridSpan w:val="3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Pagamento</w:t>
            </w:r>
          </w:p>
        </w:tc>
        <w:tc>
          <w:tcPr>
            <w:tcW w:type="dxa" w:w="324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☐ Dinheiro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Pix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Transferência</w:t>
            </w:r>
          </w:p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Falta pagar</w:t>
            </w:r>
          </w:p>
        </w:tc>
        <w:tc>
          <w:tcPr>
            <w:tcW w:type="dxa" w:w="3197"/>
          </w:tcPr>
          <w:p/>
        </w:tc>
      </w:tr>
      <w:tr>
        <w:trPr>
          <w:trHeight w:val="1080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Assinatura do locador</w:t>
            </w:r>
          </w:p>
        </w:tc>
        <w:tc>
          <w:tcPr>
            <w:tcW w:type="dxa" w:w="3240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Nome e CPF</w:t>
            </w:r>
          </w:p>
        </w:tc>
        <w:tc>
          <w:tcPr>
            <w:tcW w:type="dxa" w:w="3197"/>
          </w:tcPr>
          <w:p/>
        </w:tc>
      </w:tr>
    </w:tbl>
    <w:p>
      <w:pPr>
        <w:spacing w:before="200" w:after="200"/>
        <w:jc w:val="center"/>
      </w:pPr>
      <w:r>
        <w:rPr>
          <w:color w:val="6B7280"/>
          <w:sz w:val="15"/>
        </w:rPr>
        <w:t xml:space="preserve">- - - - - - - - - - - - - - - - - - - - - - - - - -  ✂  Corte aqui - - - - - - - - - - - - - - - - - - - - - - - - - - </w:t>
      </w:r>
    </w:p>
    <w:p>
      <w:pPr>
        <w:spacing w:before="0" w:after="0"/>
      </w:pPr>
      <w:r>
        <w:rPr>
          <w:rFonts w:ascii="Arial" w:hAnsi="Arial"/>
          <w:color w:val="6B7280"/>
          <w:sz w:val="16"/>
        </w:rPr>
        <w:t>2ª via: locador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2" w:color="15803D"/>
          <w:left w:val="single" w:sz="12" w:color="15803D"/>
          <w:bottom w:val="single" w:sz="12" w:color="15803D"/>
          <w:right w:val="single" w:sz="12" w:color="15803D"/>
          <w:insideH w:val="single" w:sz="4" w:color="CFE3D6"/>
          <w:insideV w:val="single" w:sz="4" w:color="CFE3D6"/>
        </w:tblBorders>
      </w:tblPr>
      <w:tblGrid>
        <w:gridCol w:w="2617"/>
        <w:gridCol w:w="2617"/>
        <w:gridCol w:w="2617"/>
        <w:gridCol w:w="2617"/>
      </w:tblGrid>
      <w:tr>
        <w:trPr>
          <w:trHeight w:val="503" w:hRule="atLeast"/>
          <w:trHeight w:val="720" w:hRule="atLeast"/>
        </w:trPr>
        <w:tc>
          <w:tcPr>
            <w:tcW w:type="dxa" w:w="5328"/>
            <w:gridSpan w:val="2"/>
            <w:shd w:val="clear" w:color="auto" w:fill="15803D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32"/>
              </w:rPr>
              <w:t>Recibo de aluguel</w:t>
            </w:r>
          </w:p>
        </w:tc>
        <w:tc>
          <w:tcPr>
            <w:tcW w:type="dxa" w:w="1944"/>
            <w:shd w:val="clear" w:color="auto" w:fill="14532D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Nº</w:t>
            </w:r>
          </w:p>
        </w:tc>
        <w:tc>
          <w:tcPr>
            <w:tcW w:type="dxa" w:w="3197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Data</w:t>
            </w:r>
          </w:p>
        </w:tc>
        <w:tc>
          <w:tcPr>
            <w:tcW w:type="dxa" w:w="3240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Cidade</w:t>
            </w:r>
          </w:p>
        </w:tc>
        <w:tc>
          <w:tcPr>
            <w:tcW w:type="dxa" w:w="3197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Recebi de</w:t>
            </w:r>
          </w:p>
        </w:tc>
        <w:tc>
          <w:tcPr>
            <w:tcW w:type="dxa" w:w="8381"/>
            <w:gridSpan w:val="3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CPF</w:t>
            </w:r>
          </w:p>
        </w:tc>
        <w:tc>
          <w:tcPr>
            <w:tcW w:type="dxa" w:w="3240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Telefone</w:t>
            </w:r>
          </w:p>
        </w:tc>
        <w:tc>
          <w:tcPr>
            <w:tcW w:type="dxa" w:w="3197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Imóvel</w:t>
            </w:r>
          </w:p>
        </w:tc>
        <w:tc>
          <w:tcPr>
            <w:tcW w:type="dxa" w:w="8381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Endereço, número e complemento</w:t>
            </w:r>
          </w:p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Referente a</w:t>
            </w:r>
          </w:p>
        </w:tc>
        <w:tc>
          <w:tcPr>
            <w:tcW w:type="dxa" w:w="8381"/>
            <w:gridSpan w:val="3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aluguel de ____ / ____ / ________  a  ____ / ____ / ________</w:t>
            </w:r>
          </w:p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Aluguel</w:t>
            </w:r>
          </w:p>
        </w:tc>
        <w:tc>
          <w:tcPr>
            <w:tcW w:type="dxa" w:w="3240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Condomínio</w:t>
            </w:r>
          </w:p>
        </w:tc>
        <w:tc>
          <w:tcPr>
            <w:tcW w:type="dxa" w:w="3197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IPTU</w:t>
            </w:r>
          </w:p>
        </w:tc>
        <w:tc>
          <w:tcPr>
            <w:tcW w:type="dxa" w:w="3240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Água e luz</w:t>
            </w:r>
          </w:p>
        </w:tc>
        <w:tc>
          <w:tcPr>
            <w:tcW w:type="dxa" w:w="3197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Outros</w:t>
            </w:r>
          </w:p>
        </w:tc>
        <w:tc>
          <w:tcPr>
            <w:tcW w:type="dxa" w:w="3240"/>
          </w:tcPr>
          <w:p/>
        </w:tc>
        <w:tc>
          <w:tcPr>
            <w:tcW w:type="dxa" w:w="1944"/>
            <w:shd w:val="clear" w:color="auto" w:fill="DCFCE7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Total</w:t>
            </w:r>
          </w:p>
        </w:tc>
        <w:tc>
          <w:tcPr>
            <w:tcW w:type="dxa" w:w="3197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Valor por extenso</w:t>
            </w:r>
          </w:p>
        </w:tc>
        <w:tc>
          <w:tcPr>
            <w:tcW w:type="dxa" w:w="8381"/>
            <w:gridSpan w:val="3"/>
          </w:tcPr>
          <w:p/>
        </w:tc>
      </w:tr>
      <w:tr>
        <w:trPr>
          <w:trHeight w:val="503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Pagamento</w:t>
            </w:r>
          </w:p>
        </w:tc>
        <w:tc>
          <w:tcPr>
            <w:tcW w:type="dxa" w:w="3240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color w:val="6B7280"/>
                <w:sz w:val="17"/>
              </w:rPr>
              <w:t>☐ Dinheiro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Pix</w:t>
            </w:r>
            <w:r>
              <w:rPr>
                <w:rFonts w:ascii="Arial" w:hAnsi="Arial"/>
                <w:b w:val="0"/>
                <w:color w:val="6B7280"/>
                <w:sz w:val="17"/>
              </w:rPr>
              <w:t xml:space="preserve">     ☐ Transferência</w:t>
            </w:r>
          </w:p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Falta pagar</w:t>
            </w:r>
          </w:p>
        </w:tc>
        <w:tc>
          <w:tcPr>
            <w:tcW w:type="dxa" w:w="3197"/>
          </w:tcPr>
          <w:p/>
        </w:tc>
      </w:tr>
      <w:tr>
        <w:trPr>
          <w:trHeight w:val="1080" w:hRule="atLeast"/>
        </w:trPr>
        <w:tc>
          <w:tcPr>
            <w:tcW w:type="dxa" w:w="2088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Assinatura do locador</w:t>
            </w:r>
          </w:p>
        </w:tc>
        <w:tc>
          <w:tcPr>
            <w:tcW w:type="dxa" w:w="3240"/>
          </w:tcPr>
          <w:p/>
        </w:tc>
        <w:tc>
          <w:tcPr>
            <w:tcW w:type="dxa" w:w="1944"/>
            <w:shd w:val="clear" w:color="auto" w:fill="E8F5EC"/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14532D"/>
                <w:sz w:val="18"/>
              </w:rPr>
              <w:t>Nome e CPF</w:t>
            </w:r>
          </w:p>
        </w:tc>
        <w:tc>
          <w:tcPr>
            <w:tcW w:type="dxa" w:w="3197"/>
          </w:tcPr>
          <w:p/>
        </w:tc>
      </w:tr>
    </w:tbl>
    <w:sectPr w:rsidR="00FC693F" w:rsidRPr="0006063C" w:rsidSect="00034616">
      <w:footerReference w:type="default" r:id="rId9"/>
      <w:pgSz w:w="11909" w:h="16834"/>
      <w:pgMar w:top="648" w:right="720" w:bottom="576" w:left="720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position w:val="-8"/>
      </w:rPr>
      <w:drawing>
        <wp:inline xmlns:a="http://schemas.openxmlformats.org/drawingml/2006/main" xmlns:pic="http://schemas.openxmlformats.org/drawingml/2006/picture">
          <wp:extent cx="165100" cy="1651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uba-ico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100" cy="165100"/>
                  </a:xfrm>
                  <a:prstGeom prst="rect"/>
                </pic:spPr>
              </pic:pic>
            </a:graphicData>
          </a:graphic>
        </wp:inline>
      </w:drawing>
    </w:r>
    <w:r>
      <w:t xml:space="preserve">  </w:t>
    </w:r>
    <w:hyperlink r:id="rId2">
      <w:r>
        <w:rPr>
          <w:rFonts w:ascii="Arial" w:hAnsi="Arial"/>
          <w:color w:val="15803D"/>
          <w:sz w:val="15"/>
        </w:rPr>
        <w:t>Modelo grátis do Luba: Controle de Aluguéis. Faça seus recibos no celular e mande pelo WhatsApp. Baixe o Luba grátis no Google Play!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play.google.com/store/apps/details?id=com.rollansoft.luba&amp;referrer=utm_source%3Dluba_guia%26utm_medium%3Dmodelo%26utm_campaign%3Drecibo-alquil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aluguel</dc:title>
  <dc:subject/>
  <dc:creator>RollanSoft</dc:creator>
  <cp:keywords/>
  <dc:description/>
  <cp:lastModifiedBy>RollanSoft</cp:lastModifiedBy>
  <cp:revision>1</cp:revision>
  <dcterms:created xsi:type="dcterms:W3CDTF">2026-10-23T17:49:53Z</dcterms:created>
  <dcterms:modified xsi:type="dcterms:W3CDTF">2026-10-23T17:49:53Z</dcterms:modified>
  <cp:category/>
</cp:coreProperties>
</file>