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700"/>
        <w:gridCol w:w="2700"/>
        <w:gridCol w:w="2700"/>
        <w:gridCol w:w="2700"/>
      </w:tblGrid>
      <w:tr>
        <w:trPr>
          <w:trHeight w:val="511" w:hRule="atLeast"/>
          <w:trHeight w:val="720" w:hRule="atLeast"/>
        </w:trPr>
        <w:tc>
          <w:tcPr>
            <w:tcW w:type="dxa" w:w="5472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Rent receipt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Receipt no.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Date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Tenant phone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Received from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Amount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For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Rent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Security deposit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Late fee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Utilities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Other: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Property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Address and unit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Rent period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from ____ / ____ / ________  to  ____ / ____ / ________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Paid by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Cash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Check no. ______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Money order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Zelle or app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Other: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Balance due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Received by (signature)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Name and title</w:t>
            </w:r>
          </w:p>
        </w:tc>
        <w:tc>
          <w:tcPr>
            <w:tcW w:type="dxa" w:w="3384"/>
          </w:tcPr>
          <w:p/>
        </w:tc>
      </w:tr>
    </w:tbl>
    <w:p>
      <w:pPr>
        <w:spacing w:before="60" w:after="0"/>
      </w:pPr>
      <w:r>
        <w:rPr>
          <w:rFonts w:ascii="Arial" w:hAnsi="Arial"/>
          <w:color w:val="6B7280"/>
          <w:sz w:val="16"/>
        </w:rPr>
        <w:t>Keep a copy of this receipt.</w:t>
      </w:r>
    </w:p>
    <w:p>
      <w:pPr>
        <w:spacing w:before="200" w:after="200"/>
        <w:jc w:val="center"/>
      </w:pPr>
      <w:r>
        <w:rPr>
          <w:color w:val="6B7280"/>
          <w:sz w:val="15"/>
        </w:rPr>
        <w:t xml:space="preserve">- - - - - - - - - - - - - - - - - - - - - - - - - -  ✂  Cut here - - - - - - - - - - - - - - - - - - - - - - - - - -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700"/>
        <w:gridCol w:w="2700"/>
        <w:gridCol w:w="2700"/>
        <w:gridCol w:w="2700"/>
      </w:tblGrid>
      <w:tr>
        <w:trPr>
          <w:trHeight w:val="511" w:hRule="atLeast"/>
          <w:trHeight w:val="720" w:hRule="atLeast"/>
        </w:trPr>
        <w:tc>
          <w:tcPr>
            <w:tcW w:type="dxa" w:w="5472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Rent receipt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Receipt no.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Date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Tenant phone</w:t>
            </w:r>
          </w:p>
        </w:tc>
        <w:tc>
          <w:tcPr>
            <w:tcW w:type="dxa" w:w="3384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Received from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Amount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For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Rent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Security deposit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Late fee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Utilities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Other: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Property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Address and unit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Rent period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from ____ / ____ / ________  to  ____ / ____ / ________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Paid by</w:t>
            </w:r>
          </w:p>
        </w:tc>
        <w:tc>
          <w:tcPr>
            <w:tcW w:type="dxa" w:w="8712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Cash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Check no. ______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Money order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Zelle or app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Other:</w:t>
            </w:r>
          </w:p>
        </w:tc>
      </w:tr>
      <w:tr>
        <w:trPr>
          <w:trHeight w:val="511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Balance due</w:t>
            </w:r>
          </w:p>
        </w:tc>
        <w:tc>
          <w:tcPr>
            <w:tcW w:type="dxa" w:w="8712"/>
            <w:gridSpan w:val="3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Received by (signature)</w:t>
            </w:r>
          </w:p>
        </w:tc>
        <w:tc>
          <w:tcPr>
            <w:tcW w:type="dxa" w:w="3384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Name and title</w:t>
            </w:r>
          </w:p>
        </w:tc>
        <w:tc>
          <w:tcPr>
            <w:tcW w:type="dxa" w:w="3384"/>
          </w:tcPr>
          <w:p/>
        </w:tc>
      </w:tr>
    </w:tbl>
    <w:p>
      <w:pPr>
        <w:spacing w:before="60" w:after="0"/>
      </w:pPr>
      <w:r>
        <w:rPr>
          <w:rFonts w:ascii="Arial" w:hAnsi="Arial"/>
          <w:color w:val="6B7280"/>
          <w:sz w:val="16"/>
        </w:rPr>
        <w:t>Keep a copy of this receipt.</w:t>
      </w:r>
    </w:p>
    <w:sectPr w:rsidR="00FC693F" w:rsidRPr="0006063C" w:rsidSect="00034616">
      <w:footerReference w:type="default" r:id="rId9"/>
      <w:pgSz w:w="12240" w:h="15840"/>
      <w:pgMar w:top="648" w:right="720" w:bottom="576" w:left="720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position w:val="-8"/>
      </w:rPr>
      <w:drawing>
        <wp:inline xmlns:a="http://schemas.openxmlformats.org/drawingml/2006/main" xmlns:pic="http://schemas.openxmlformats.org/drawingml/2006/picture">
          <wp:extent cx="165100" cy="1651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uba-ic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00" cy="165100"/>
                  </a:xfrm>
                  <a:prstGeom prst="rect"/>
                </pic:spPr>
              </pic:pic>
            </a:graphicData>
          </a:graphic>
        </wp:inline>
      </w:drawing>
    </w:r>
    <w:r>
      <w:t xml:space="preserve">  </w:t>
    </w:r>
    <w:hyperlink r:id="rId2">
      <w:r>
        <w:rPr>
          <w:rFonts w:ascii="Arial" w:hAnsi="Arial"/>
          <w:color w:val="15803D"/>
          <w:sz w:val="15"/>
        </w:rPr>
        <w:t>Free template from Luba: Rental Manager. Make your receipts on your phone and send them by text or WhatsApp. Get Luba free on Google Play!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play.google.com/store/apps/details?id=com.rollansoft.luba&amp;referrer=utm_source%3Dluba_guia%26utm_medium%3Dmodelo%26utm_campaign%3Drecibo-alqui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subject/>
  <dc:creator>RollanSoft</dc:creator>
  <cp:keywords/>
  <dc:description/>
  <cp:lastModifiedBy>RollanSoft</cp:lastModifiedBy>
  <cp:revision>1</cp:revision>
  <dcterms:created xsi:type="dcterms:W3CDTF">2026-10-23T17:49:52Z</dcterms:created>
  <dcterms:modified xsi:type="dcterms:W3CDTF">2026-10-23T17:49:52Z</dcterms:modified>
  <cp:category/>
</cp:coreProperties>
</file>